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0508»</w:t>
      </w:r>
    </w:p>
    <w:p>
      <w:r>
        <w:t>Артикул LD-08123. Исполнение Дуб и голубой циферблат. Страна производства Италия (IT).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LD-08123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