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0508»</w:t>
      </w:r>
    </w:p>
    <w:p>
      <w:r>
        <w:t>Артикул LD-08116. Исполнение Светло-серая керамика. Страна производства Россия (RU).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