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0051»</w:t>
      </w:r>
    </w:p>
    <w:p>
      <w:r>
        <w:t>Артикул LD-00811.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LD-CLOCK-0051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LD-00811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LD-00811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LD-00811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