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0501»</w:t>
      </w:r>
    </w:p>
    <w:p>
      <w:r>
        <w:t>Артикул LD-08004.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