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0495»</w:t>
      </w:r>
    </w:p>
    <w:p>
      <w:r>
        <w:t>Артикул LD-07909.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