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Кофемолка «Первые зёрна 0492»</w:t>
      </w:r>
    </w:p>
    <w:p>
      <w:r>
        <w:t>Артикул LD-07864. Исполнение Дымчато-синий. Страна производства Польша (PL).</w:t>
      </w:r>
    </w:p>
    <w:p>
      <w:r>
        <w:t>Кофемолка предназначена для измельчения кофейных зёрен перед приготовлением напитка. Материалы: Нержавеющая сталь. В этом исполнении используется цвет «Дымчато-синий». Размер товара: 120 г.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LD-COFFEE-GRINDER-0492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LD-07864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Дымчато-синий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Нержавеющая сталь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Загружайте только кофейные зёрна; не открывайте рабочую камеру до полной остановки.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20 × 20 × 28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LD-07864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LD-07864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