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0491»</w:t>
      </w:r>
    </w:p>
    <w:p>
      <w:r>
        <w:t>Артикул LD-07855.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LD-07855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