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0486»</w:t>
      </w:r>
    </w:p>
    <w:p>
      <w:r>
        <w:t>Артикул LD-07764. Исполнение Светло-серая керамика. Страна производства Польша (PL).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LD-07764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