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0483»</w:t>
      </w:r>
    </w:p>
    <w:p>
      <w:r>
        <w:t>Артикул LD-07713.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LD-LAMP-0483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LD-07713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LD-07713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LD-07713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