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0480»</w:t>
      </w:r>
    </w:p>
    <w:p>
      <w:r>
        <w:t>Артикул LD-07671.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LD-07671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