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0476»</w:t>
      </w:r>
    </w:p>
    <w:p>
      <w:r>
        <w:t>Артикул LD-07606. Исполнение Синяя клетка. Страна производства Россия (RU).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