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0476»</w:t>
      </w:r>
    </w:p>
    <w:p>
      <w:r>
        <w:t>Артикул LD-07601. Исполнение Дымчато-синий. Страна производства Китай (CN).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