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0475»</w:t>
      </w:r>
    </w:p>
    <w:p>
      <w:r>
        <w:t>Артикул LD-07598. Исполнение Дуб и синяя полка. Страна производства Италия (IT).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