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0475»</w:t>
      </w:r>
    </w:p>
    <w:p>
      <w:r>
        <w:t>Артикул LD-07593. Исполнение Светло-голубой. Страна производства США (US).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