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0475»</w:t>
      </w:r>
    </w:p>
    <w:p>
      <w:r>
        <w:t>Артикул LD-07590. Исполнение Синяя клетка. Страна производства Япония (JP).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