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0475»</w:t>
      </w:r>
    </w:p>
    <w:p>
      <w:r>
        <w:t>Артикул LD-07588. Исполнение Светло-серая керамика. Страна производства Италия (IT).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LD-07588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