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0475»</w:t>
      </w:r>
    </w:p>
    <w:p>
      <w:r>
        <w:t>Артикул LD-07587. Исполнение Серо-синяя обивка. Страна производства Южная Корея (KR).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