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0475»</w:t>
      </w:r>
    </w:p>
    <w:p>
      <w:r>
        <w:t>Артикул LD-07585. Исполнение Дымчато-синий. Страна производства Беларусь (BY).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LD-07585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LD-07585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LD-07585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