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0474»</w:t>
      </w:r>
    </w:p>
    <w:p>
      <w:r>
        <w:t>Артикул LD-07576. Исполнение Дымчато-синий. Страна производства Россия (RU).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