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0474»</w:t>
      </w:r>
    </w:p>
    <w:p>
      <w:r>
        <w:t>Артикул LD-07571. Исполнение Серо-синяя обивка. Страна производства Китай (CN).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LD-07571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LD-07571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LD-07571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