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0474»</w:t>
      </w:r>
    </w:p>
    <w:p>
      <w:r>
        <w:t>Артикул LD-07570. Исполнение Светло-голубой. Страна производства Беларусь (BY).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LD-KETTLE-0474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LD-07570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LD-07570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LD-07570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