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0473»</w:t>
      </w:r>
    </w:p>
    <w:p>
      <w:r>
        <w:t>Артикул LD-07563. Исполнение Дуб и голубой циферблат. Страна производства США (US).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