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0473»</w:t>
      </w:r>
    </w:p>
    <w:p>
      <w:r>
        <w:t>Артикул LD-07560.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