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0472»</w:t>
      </w:r>
    </w:p>
    <w:p>
      <w:r>
        <w:t>Артикул LD-07539.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LD-07539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