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0471»</w:t>
      </w:r>
    </w:p>
    <w:p>
      <w:r>
        <w:t>Артикул LD-07523. Исполнение Серо-синяя обивка. Страна производства США (US).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LD-07523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