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Ваза «Пауза 0470»</w:t>
      </w:r>
    </w:p>
    <w:p>
      <w:r>
        <w:t>Артикул LD-07508. Исполнение Светло-серая керамика. Страна производства США (US).</w:t>
      </w:r>
    </w:p>
    <w:p>
      <w:r>
        <w:t>Ваза служит для размещения цветов и оформления полки или стола. Материалы: Керамика. В этом исполнении используется цвет «Светло-серая керамика». Размер товара: Ø 16 × 26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LD-VASE-0470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LD-07508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pPr>
        <w:pStyle w:val="Heading1"/>
      </w:pPr>
      <w:r>
        <w:t>Упаковка</w:t>
      </w:r>
    </w:p>
    <w:p>
      <w:r>
        <w:t>В упаковке 1 шт. Размер упаковки 22 × 22 × 32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LD-07508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LD-07508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