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0467»</w:t>
      </w:r>
    </w:p>
    <w:p>
      <w:r>
        <w:t>Артикул LD-07470. Исполнение Дуб и синяя полка. Страна производства Япония (JP).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LD-07470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LD-07470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LD-07470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