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0467»</w:t>
      </w:r>
    </w:p>
    <w:p>
      <w:r>
        <w:t>Артикул LD-07468.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