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0458»</w:t>
      </w:r>
    </w:p>
    <w:p>
      <w:r>
        <w:t>Артикул LD-07328. Исполнение Сталь и синие ручки. Страна производства США (US).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LD-07328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