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0455»</w:t>
      </w:r>
    </w:p>
    <w:p>
      <w:r>
        <w:t>Артикул LD-07280.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