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0454»</w:t>
      </w:r>
    </w:p>
    <w:p>
      <w:r>
        <w:t>Артикул LD-07252. Исполнение Светло-серая керамика. Страна производства Южная Корея (KR).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LD-VASE-0454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LD-07252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LD-07252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LD-07252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