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0450»</w:t>
      </w:r>
    </w:p>
    <w:p>
      <w:r>
        <w:t>Артикул LD-07193. Исполнение Светло-голубой. Страна производства Италия (IT).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LD-TOASTER-0450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LD-07193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LD-07193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LD-07193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