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0441»</w:t>
      </w:r>
    </w:p>
    <w:p>
      <w:r>
        <w:t>Артикул LD-07054.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