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0439»</w:t>
      </w:r>
    </w:p>
    <w:p>
      <w:r>
        <w:t>Артикул LD-07019. Исполнение Дуб и голубой циферблат. Страна производства Польша (PL).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LD-CLOCK-0439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LD-07019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LD-07019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LD-07019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