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0437»</w:t>
      </w:r>
    </w:p>
    <w:p>
      <w:r>
        <w:t>Артикул LD-06988. Исполнение Дымчато-синий. Страна производства Италия (IT).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LD-MIRROR-0437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LD-06988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LD-06988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