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0433»</w:t>
      </w:r>
    </w:p>
    <w:p>
      <w:r>
        <w:t>Артикул LD-06926. Исполнение Дуб и синяя полка. Страна производства Китай (CN).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LD-06926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