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0432»</w:t>
      </w:r>
    </w:p>
    <w:p>
      <w:r>
        <w:t>Артикул LD-06910.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LD-06910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