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0432»</w:t>
      </w:r>
    </w:p>
    <w:p>
      <w:r>
        <w:t>Артикул LD-06901. Исполнение Дуб и синий металл. Страна производства Китай (CN).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LD-ORGANIZER-0432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LD-06901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LD-06901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LD-06901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