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0428»</w:t>
      </w:r>
    </w:p>
    <w:p>
      <w:r>
        <w:t>Артикул LD-06833.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