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0426»</w:t>
      </w:r>
    </w:p>
    <w:p>
      <w:r>
        <w:t>Артикул LD-06808. Исполнение Дымчато-синий. Страна производства США (US).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LD-COFFEE-GRINDER-0426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LD-06808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LD-06808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LD-06808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