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0043»</w:t>
      </w:r>
    </w:p>
    <w:p>
      <w:r>
        <w:t>Артикул LD-00676. Исполнение Светло-серая керамика. Страна производства Китай (CN).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LD-VASE-0043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LD-00676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LD-00676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LD-00676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