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0423»</w:t>
      </w:r>
    </w:p>
    <w:p>
      <w:r>
        <w:t>Артикул LD-06753. Исполнение Дымчато-синий. Страна производства США (US).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LD-06753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