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0422»</w:t>
      </w:r>
    </w:p>
    <w:p>
      <w:r>
        <w:t>Артикул LD-06739.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LD-06739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LD-06739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