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0420»</w:t>
      </w:r>
    </w:p>
    <w:p>
      <w:r>
        <w:t>Артикул LD-06710. Исполнение Синяя клетка. Страна производства Беларусь (BY).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LD-BLANKET-0420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LD-06710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LD-06710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LD-06710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