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0419»</w:t>
      </w:r>
    </w:p>
    <w:p>
      <w:r>
        <w:t>Артикул LD-06695.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LD-06695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