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0418»</w:t>
      </w:r>
    </w:p>
    <w:p>
      <w:r>
        <w:t>Артикул LD-06688. Исполнение Сталь и синие ручки. Страна производства США (US).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LD-CUTLERY-0418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LD-06688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LD-06688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LD-06688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