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0409»</w:t>
      </w:r>
    </w:p>
    <w:p>
      <w:r>
        <w:t>Артикул LD-06543. Исполнение Серо-синий в полоску. Страна производства США (US).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LD-CUSHION-0409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LD-06543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LD-06543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LD-06543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