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0401»</w:t>
      </w:r>
    </w:p>
    <w:p>
      <w:r>
        <w:t>Артикул LD-06415. Исполнение Серо-синий в полоску. Страна производства Беларусь (BY).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LD-06415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