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0394»</w:t>
      </w:r>
    </w:p>
    <w:p>
      <w:r>
        <w:t>Артикул LD-06290. Исполнение Светло-голубой. Страна производства Беларусь (BY).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LD-KETTLE-0394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LD-06290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LD-06290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LD-06290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