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0393»</w:t>
      </w:r>
    </w:p>
    <w:p>
      <w:r>
        <w:t>Артикул LD-06276. Исполнение Светло-серая керамика. Страна производства Китай (CN).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LD-06276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